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EB88F" w14:textId="77777777" w:rsidR="007A2817" w:rsidRDefault="003A46B2">
      <w:pPr>
        <w:spacing w:after="20"/>
        <w:jc w:val="center"/>
      </w:pPr>
      <w:r>
        <w:rPr>
          <w:b/>
          <w:sz w:val="48"/>
        </w:rPr>
        <w:t>DBKC</w:t>
      </w:r>
    </w:p>
    <w:p w14:paraId="7C93EF06" w14:textId="58B0E876" w:rsidR="007A2817" w:rsidRDefault="003A46B2" w:rsidP="00B736EC">
      <w:pPr>
        <w:spacing w:after="20"/>
        <w:jc w:val="center"/>
      </w:pPr>
      <w:r>
        <w:rPr>
          <w:b/>
          <w:sz w:val="32"/>
        </w:rPr>
        <w:t>DEKVERKLARING</w:t>
      </w:r>
    </w:p>
    <w:p w14:paraId="5245AA78" w14:textId="77777777" w:rsidR="007A2817" w:rsidRDefault="003A46B2">
      <w:pPr>
        <w:spacing w:before="120" w:after="60"/>
      </w:pPr>
      <w:r>
        <w:rPr>
          <w:b/>
          <w:sz w:val="21"/>
        </w:rPr>
        <w:t>1. GEGEVENS REU</w:t>
      </w:r>
    </w:p>
    <w:tbl>
      <w:tblPr>
        <w:tblW w:w="0" w:type="auto"/>
        <w:jc w:val="center"/>
        <w:tblLayout w:type="fixed"/>
        <w:tblLook w:val="04A0" w:firstRow="1" w:lastRow="0" w:firstColumn="1" w:lastColumn="0" w:noHBand="0" w:noVBand="1"/>
      </w:tblPr>
      <w:tblGrid>
        <w:gridCol w:w="9520"/>
        <w:gridCol w:w="231"/>
      </w:tblGrid>
      <w:tr w:rsidR="007A2817" w14:paraId="3DD2122A" w14:textId="77777777" w:rsidTr="00A26836">
        <w:trPr>
          <w:jc w:val="center"/>
        </w:trPr>
        <w:tc>
          <w:tcPr>
            <w:tcW w:w="9520" w:type="dxa"/>
            <w:shd w:val="clear" w:color="auto" w:fill="EDEDED"/>
            <w:tcMar>
              <w:top w:w="80" w:type="dxa"/>
              <w:left w:w="100" w:type="dxa"/>
              <w:bottom w:w="80" w:type="dxa"/>
              <w:right w:w="100" w:type="dxa"/>
            </w:tcMar>
            <w:vAlign w:val="center"/>
          </w:tcPr>
          <w:p w14:paraId="55A9B002" w14:textId="77777777" w:rsidR="007A2817" w:rsidRDefault="003A46B2">
            <w:pPr>
              <w:spacing w:after="0"/>
            </w:pPr>
            <w:r>
              <w:rPr>
                <w:b/>
                <w:sz w:val="17"/>
              </w:rPr>
              <w:t xml:space="preserve">Naam </w:t>
            </w:r>
            <w:proofErr w:type="spellStart"/>
            <w:r>
              <w:rPr>
                <w:b/>
                <w:sz w:val="17"/>
              </w:rPr>
              <w:t>volgens</w:t>
            </w:r>
            <w:proofErr w:type="spellEnd"/>
            <w:r>
              <w:rPr>
                <w:b/>
                <w:sz w:val="17"/>
              </w:rPr>
              <w:t xml:space="preserve"> </w:t>
            </w:r>
            <w:proofErr w:type="spellStart"/>
            <w:r>
              <w:rPr>
                <w:b/>
                <w:sz w:val="17"/>
              </w:rPr>
              <w:t>stamboom</w:t>
            </w:r>
            <w:proofErr w:type="spellEnd"/>
          </w:p>
        </w:tc>
        <w:tc>
          <w:tcPr>
            <w:tcW w:w="231" w:type="dxa"/>
            <w:tcMar>
              <w:top w:w="80" w:type="dxa"/>
              <w:left w:w="100" w:type="dxa"/>
              <w:bottom w:w="80" w:type="dxa"/>
              <w:right w:w="100" w:type="dxa"/>
            </w:tcMar>
            <w:vAlign w:val="center"/>
          </w:tcPr>
          <w:p w14:paraId="69D22493" w14:textId="77777777" w:rsidR="007A2817" w:rsidRDefault="007A2817">
            <w:pPr>
              <w:spacing w:after="0"/>
            </w:pPr>
          </w:p>
        </w:tc>
      </w:tr>
      <w:tr w:rsidR="007A2817" w14:paraId="160A6415" w14:textId="77777777" w:rsidTr="00A26836">
        <w:trPr>
          <w:jc w:val="center"/>
        </w:trPr>
        <w:tc>
          <w:tcPr>
            <w:tcW w:w="9520" w:type="dxa"/>
            <w:shd w:val="clear" w:color="auto" w:fill="EDEDED"/>
            <w:tcMar>
              <w:top w:w="80" w:type="dxa"/>
              <w:left w:w="100" w:type="dxa"/>
              <w:bottom w:w="80" w:type="dxa"/>
              <w:right w:w="100" w:type="dxa"/>
            </w:tcMar>
            <w:vAlign w:val="center"/>
          </w:tcPr>
          <w:p w14:paraId="3F0FAB47" w14:textId="77777777" w:rsidR="007A2817" w:rsidRDefault="003A46B2">
            <w:pPr>
              <w:spacing w:after="0"/>
            </w:pPr>
            <w:r>
              <w:rPr>
                <w:b/>
                <w:sz w:val="17"/>
              </w:rPr>
              <w:t>Registratie- / stamboomnummer</w:t>
            </w:r>
          </w:p>
        </w:tc>
        <w:tc>
          <w:tcPr>
            <w:tcW w:w="231" w:type="dxa"/>
            <w:tcMar>
              <w:top w:w="80" w:type="dxa"/>
              <w:left w:w="100" w:type="dxa"/>
              <w:bottom w:w="80" w:type="dxa"/>
              <w:right w:w="100" w:type="dxa"/>
            </w:tcMar>
            <w:vAlign w:val="center"/>
          </w:tcPr>
          <w:p w14:paraId="572A8A59" w14:textId="77777777" w:rsidR="007A2817" w:rsidRDefault="007A2817">
            <w:pPr>
              <w:spacing w:after="0"/>
            </w:pPr>
          </w:p>
        </w:tc>
      </w:tr>
      <w:tr w:rsidR="007A2817" w14:paraId="331616EC" w14:textId="77777777" w:rsidTr="00A26836">
        <w:trPr>
          <w:jc w:val="center"/>
        </w:trPr>
        <w:tc>
          <w:tcPr>
            <w:tcW w:w="9520" w:type="dxa"/>
            <w:shd w:val="clear" w:color="auto" w:fill="EDEDED"/>
            <w:tcMar>
              <w:top w:w="80" w:type="dxa"/>
              <w:left w:w="100" w:type="dxa"/>
              <w:bottom w:w="80" w:type="dxa"/>
              <w:right w:w="100" w:type="dxa"/>
            </w:tcMar>
            <w:vAlign w:val="center"/>
          </w:tcPr>
          <w:p w14:paraId="27AE34C0" w14:textId="77777777" w:rsidR="007A2817" w:rsidRDefault="003A46B2">
            <w:pPr>
              <w:spacing w:after="0"/>
            </w:pPr>
            <w:r>
              <w:rPr>
                <w:b/>
                <w:sz w:val="17"/>
              </w:rPr>
              <w:t>Ras</w:t>
            </w:r>
          </w:p>
        </w:tc>
        <w:tc>
          <w:tcPr>
            <w:tcW w:w="231" w:type="dxa"/>
            <w:tcMar>
              <w:top w:w="80" w:type="dxa"/>
              <w:left w:w="100" w:type="dxa"/>
              <w:bottom w:w="80" w:type="dxa"/>
              <w:right w:w="100" w:type="dxa"/>
            </w:tcMar>
            <w:vAlign w:val="center"/>
          </w:tcPr>
          <w:p w14:paraId="612A694A" w14:textId="77777777" w:rsidR="007A2817" w:rsidRDefault="007A2817">
            <w:pPr>
              <w:spacing w:after="0"/>
            </w:pPr>
          </w:p>
        </w:tc>
      </w:tr>
      <w:tr w:rsidR="007A2817" w14:paraId="5ED43388" w14:textId="77777777" w:rsidTr="00A26836">
        <w:trPr>
          <w:jc w:val="center"/>
        </w:trPr>
        <w:tc>
          <w:tcPr>
            <w:tcW w:w="9520" w:type="dxa"/>
            <w:shd w:val="clear" w:color="auto" w:fill="EDEDED"/>
            <w:tcMar>
              <w:top w:w="80" w:type="dxa"/>
              <w:left w:w="100" w:type="dxa"/>
              <w:bottom w:w="80" w:type="dxa"/>
              <w:right w:w="100" w:type="dxa"/>
            </w:tcMar>
            <w:vAlign w:val="center"/>
          </w:tcPr>
          <w:p w14:paraId="717A29CF" w14:textId="77777777" w:rsidR="007A2817" w:rsidRDefault="003A46B2">
            <w:pPr>
              <w:spacing w:after="0"/>
            </w:pPr>
            <w:r>
              <w:rPr>
                <w:b/>
                <w:sz w:val="17"/>
              </w:rPr>
              <w:t>Type / variëteit</w:t>
            </w:r>
          </w:p>
        </w:tc>
        <w:tc>
          <w:tcPr>
            <w:tcW w:w="231" w:type="dxa"/>
            <w:tcMar>
              <w:top w:w="80" w:type="dxa"/>
              <w:left w:w="100" w:type="dxa"/>
              <w:bottom w:w="80" w:type="dxa"/>
              <w:right w:w="100" w:type="dxa"/>
            </w:tcMar>
            <w:vAlign w:val="center"/>
          </w:tcPr>
          <w:p w14:paraId="76A2CE60" w14:textId="77777777" w:rsidR="007A2817" w:rsidRDefault="007A2817">
            <w:pPr>
              <w:spacing w:after="0"/>
            </w:pPr>
          </w:p>
        </w:tc>
      </w:tr>
      <w:tr w:rsidR="007A2817" w14:paraId="729D33E0" w14:textId="77777777" w:rsidTr="00A26836">
        <w:trPr>
          <w:jc w:val="center"/>
        </w:trPr>
        <w:tc>
          <w:tcPr>
            <w:tcW w:w="9520" w:type="dxa"/>
            <w:shd w:val="clear" w:color="auto" w:fill="EDEDED"/>
            <w:tcMar>
              <w:top w:w="80" w:type="dxa"/>
              <w:left w:w="100" w:type="dxa"/>
              <w:bottom w:w="80" w:type="dxa"/>
              <w:right w:w="100" w:type="dxa"/>
            </w:tcMar>
            <w:vAlign w:val="center"/>
          </w:tcPr>
          <w:p w14:paraId="0DC9CF96" w14:textId="77777777" w:rsidR="007A2817" w:rsidRDefault="003A46B2">
            <w:pPr>
              <w:spacing w:after="0"/>
            </w:pPr>
            <w:r>
              <w:rPr>
                <w:b/>
                <w:sz w:val="17"/>
              </w:rPr>
              <w:t>Geboortedatum</w:t>
            </w:r>
          </w:p>
        </w:tc>
        <w:tc>
          <w:tcPr>
            <w:tcW w:w="231" w:type="dxa"/>
            <w:tcMar>
              <w:top w:w="80" w:type="dxa"/>
              <w:left w:w="100" w:type="dxa"/>
              <w:bottom w:w="80" w:type="dxa"/>
              <w:right w:w="100" w:type="dxa"/>
            </w:tcMar>
            <w:vAlign w:val="center"/>
          </w:tcPr>
          <w:p w14:paraId="122D658B" w14:textId="77777777" w:rsidR="007A2817" w:rsidRDefault="007A2817">
            <w:pPr>
              <w:spacing w:after="0"/>
            </w:pPr>
          </w:p>
        </w:tc>
      </w:tr>
      <w:tr w:rsidR="007A2817" w14:paraId="28BD526B" w14:textId="77777777" w:rsidTr="00A26836">
        <w:trPr>
          <w:jc w:val="center"/>
        </w:trPr>
        <w:tc>
          <w:tcPr>
            <w:tcW w:w="9520" w:type="dxa"/>
            <w:shd w:val="clear" w:color="auto" w:fill="EDEDED"/>
            <w:tcMar>
              <w:top w:w="80" w:type="dxa"/>
              <w:left w:w="100" w:type="dxa"/>
              <w:bottom w:w="80" w:type="dxa"/>
              <w:right w:w="100" w:type="dxa"/>
            </w:tcMar>
            <w:vAlign w:val="center"/>
          </w:tcPr>
          <w:p w14:paraId="13DC02ED" w14:textId="77777777" w:rsidR="007A2817" w:rsidRDefault="003A46B2">
            <w:pPr>
              <w:spacing w:after="0"/>
            </w:pPr>
            <w:r>
              <w:rPr>
                <w:b/>
                <w:sz w:val="17"/>
              </w:rPr>
              <w:t>Chipnummer</w:t>
            </w:r>
          </w:p>
        </w:tc>
        <w:tc>
          <w:tcPr>
            <w:tcW w:w="231" w:type="dxa"/>
            <w:tcMar>
              <w:top w:w="80" w:type="dxa"/>
              <w:left w:w="100" w:type="dxa"/>
              <w:bottom w:w="80" w:type="dxa"/>
              <w:right w:w="100" w:type="dxa"/>
            </w:tcMar>
            <w:vAlign w:val="center"/>
          </w:tcPr>
          <w:p w14:paraId="7A68FCF6" w14:textId="77777777" w:rsidR="007A2817" w:rsidRDefault="007A2817">
            <w:pPr>
              <w:spacing w:after="0"/>
            </w:pPr>
          </w:p>
        </w:tc>
      </w:tr>
      <w:tr w:rsidR="007A2817" w14:paraId="59206094" w14:textId="77777777" w:rsidTr="00A26836">
        <w:trPr>
          <w:jc w:val="center"/>
        </w:trPr>
        <w:tc>
          <w:tcPr>
            <w:tcW w:w="9520" w:type="dxa"/>
            <w:shd w:val="clear" w:color="auto" w:fill="EDEDED"/>
            <w:tcMar>
              <w:top w:w="80" w:type="dxa"/>
              <w:left w:w="100" w:type="dxa"/>
              <w:bottom w:w="80" w:type="dxa"/>
              <w:right w:w="100" w:type="dxa"/>
            </w:tcMar>
            <w:vAlign w:val="center"/>
          </w:tcPr>
          <w:p w14:paraId="020F9FD4" w14:textId="77777777" w:rsidR="007A2817" w:rsidRDefault="003A46B2">
            <w:pPr>
              <w:spacing w:after="0"/>
            </w:pPr>
            <w:r>
              <w:rPr>
                <w:b/>
                <w:sz w:val="17"/>
              </w:rPr>
              <w:t>Kleur</w:t>
            </w:r>
          </w:p>
        </w:tc>
        <w:tc>
          <w:tcPr>
            <w:tcW w:w="231" w:type="dxa"/>
            <w:tcMar>
              <w:top w:w="80" w:type="dxa"/>
              <w:left w:w="100" w:type="dxa"/>
              <w:bottom w:w="80" w:type="dxa"/>
              <w:right w:w="100" w:type="dxa"/>
            </w:tcMar>
            <w:vAlign w:val="center"/>
          </w:tcPr>
          <w:p w14:paraId="2C732A09" w14:textId="77777777" w:rsidR="007A2817" w:rsidRDefault="007A2817">
            <w:pPr>
              <w:spacing w:after="0"/>
            </w:pPr>
          </w:p>
        </w:tc>
      </w:tr>
      <w:tr w:rsidR="007A2817" w14:paraId="7C248A05" w14:textId="77777777" w:rsidTr="00A26836">
        <w:trPr>
          <w:jc w:val="center"/>
        </w:trPr>
        <w:tc>
          <w:tcPr>
            <w:tcW w:w="9520" w:type="dxa"/>
            <w:shd w:val="clear" w:color="auto" w:fill="EDEDED"/>
            <w:tcMar>
              <w:top w:w="80" w:type="dxa"/>
              <w:left w:w="100" w:type="dxa"/>
              <w:bottom w:w="80" w:type="dxa"/>
              <w:right w:w="100" w:type="dxa"/>
            </w:tcMar>
            <w:vAlign w:val="center"/>
          </w:tcPr>
          <w:p w14:paraId="4A25FF48" w14:textId="77777777" w:rsidR="007A2817" w:rsidRDefault="003A46B2">
            <w:pPr>
              <w:spacing w:after="0"/>
            </w:pPr>
            <w:r>
              <w:rPr>
                <w:b/>
                <w:sz w:val="17"/>
              </w:rPr>
              <w:t>Naam eigenaar</w:t>
            </w:r>
          </w:p>
        </w:tc>
        <w:tc>
          <w:tcPr>
            <w:tcW w:w="231" w:type="dxa"/>
            <w:tcMar>
              <w:top w:w="80" w:type="dxa"/>
              <w:left w:w="100" w:type="dxa"/>
              <w:bottom w:w="80" w:type="dxa"/>
              <w:right w:w="100" w:type="dxa"/>
            </w:tcMar>
            <w:vAlign w:val="center"/>
          </w:tcPr>
          <w:p w14:paraId="2EBF4E1D" w14:textId="77777777" w:rsidR="007A2817" w:rsidRDefault="007A2817">
            <w:pPr>
              <w:spacing w:after="0"/>
            </w:pPr>
          </w:p>
        </w:tc>
      </w:tr>
      <w:tr w:rsidR="007A2817" w14:paraId="7D1DC9EF" w14:textId="77777777" w:rsidTr="00A26836">
        <w:trPr>
          <w:jc w:val="center"/>
        </w:trPr>
        <w:tc>
          <w:tcPr>
            <w:tcW w:w="9520" w:type="dxa"/>
            <w:shd w:val="clear" w:color="auto" w:fill="EDEDED"/>
            <w:tcMar>
              <w:top w:w="80" w:type="dxa"/>
              <w:left w:w="100" w:type="dxa"/>
              <w:bottom w:w="80" w:type="dxa"/>
              <w:right w:w="100" w:type="dxa"/>
            </w:tcMar>
            <w:vAlign w:val="center"/>
          </w:tcPr>
          <w:p w14:paraId="20CFD9B4" w14:textId="77777777" w:rsidR="007A2817" w:rsidRDefault="003A46B2">
            <w:pPr>
              <w:spacing w:after="0"/>
            </w:pPr>
            <w:r>
              <w:rPr>
                <w:b/>
                <w:sz w:val="17"/>
              </w:rPr>
              <w:t>Adres</w:t>
            </w:r>
          </w:p>
        </w:tc>
        <w:tc>
          <w:tcPr>
            <w:tcW w:w="231" w:type="dxa"/>
            <w:tcMar>
              <w:top w:w="80" w:type="dxa"/>
              <w:left w:w="100" w:type="dxa"/>
              <w:bottom w:w="80" w:type="dxa"/>
              <w:right w:w="100" w:type="dxa"/>
            </w:tcMar>
            <w:vAlign w:val="center"/>
          </w:tcPr>
          <w:p w14:paraId="60DF99D7" w14:textId="77777777" w:rsidR="007A2817" w:rsidRDefault="007A2817">
            <w:pPr>
              <w:spacing w:after="0"/>
            </w:pPr>
          </w:p>
        </w:tc>
      </w:tr>
      <w:tr w:rsidR="007A2817" w14:paraId="67DDBCF6" w14:textId="77777777" w:rsidTr="00A26836">
        <w:trPr>
          <w:jc w:val="center"/>
        </w:trPr>
        <w:tc>
          <w:tcPr>
            <w:tcW w:w="9520" w:type="dxa"/>
            <w:shd w:val="clear" w:color="auto" w:fill="EDEDED"/>
            <w:tcMar>
              <w:top w:w="80" w:type="dxa"/>
              <w:left w:w="100" w:type="dxa"/>
              <w:bottom w:w="80" w:type="dxa"/>
              <w:right w:w="100" w:type="dxa"/>
            </w:tcMar>
            <w:vAlign w:val="center"/>
          </w:tcPr>
          <w:p w14:paraId="7AD8C730" w14:textId="77777777" w:rsidR="007A2817" w:rsidRDefault="003A46B2">
            <w:pPr>
              <w:spacing w:after="0"/>
            </w:pPr>
            <w:r>
              <w:rPr>
                <w:b/>
                <w:sz w:val="17"/>
              </w:rPr>
              <w:t>Postcode en woonplaats</w:t>
            </w:r>
          </w:p>
        </w:tc>
        <w:tc>
          <w:tcPr>
            <w:tcW w:w="231" w:type="dxa"/>
            <w:tcMar>
              <w:top w:w="80" w:type="dxa"/>
              <w:left w:w="100" w:type="dxa"/>
              <w:bottom w:w="80" w:type="dxa"/>
              <w:right w:w="100" w:type="dxa"/>
            </w:tcMar>
            <w:vAlign w:val="center"/>
          </w:tcPr>
          <w:p w14:paraId="695E75E5" w14:textId="77777777" w:rsidR="007A2817" w:rsidRDefault="007A2817">
            <w:pPr>
              <w:spacing w:after="0"/>
            </w:pPr>
          </w:p>
        </w:tc>
      </w:tr>
      <w:tr w:rsidR="007A2817" w14:paraId="1FDEA595" w14:textId="77777777" w:rsidTr="00A26836">
        <w:trPr>
          <w:jc w:val="center"/>
        </w:trPr>
        <w:tc>
          <w:tcPr>
            <w:tcW w:w="9520" w:type="dxa"/>
            <w:shd w:val="clear" w:color="auto" w:fill="EDEDED"/>
            <w:tcMar>
              <w:top w:w="80" w:type="dxa"/>
              <w:left w:w="100" w:type="dxa"/>
              <w:bottom w:w="80" w:type="dxa"/>
              <w:right w:w="100" w:type="dxa"/>
            </w:tcMar>
            <w:vAlign w:val="center"/>
          </w:tcPr>
          <w:p w14:paraId="40A7235A" w14:textId="77777777" w:rsidR="007A2817" w:rsidRDefault="003A46B2">
            <w:pPr>
              <w:spacing w:after="0"/>
            </w:pPr>
            <w:r>
              <w:rPr>
                <w:b/>
                <w:sz w:val="17"/>
              </w:rPr>
              <w:t>Land</w:t>
            </w:r>
          </w:p>
        </w:tc>
        <w:tc>
          <w:tcPr>
            <w:tcW w:w="231" w:type="dxa"/>
            <w:tcMar>
              <w:top w:w="80" w:type="dxa"/>
              <w:left w:w="100" w:type="dxa"/>
              <w:bottom w:w="80" w:type="dxa"/>
              <w:right w:w="100" w:type="dxa"/>
            </w:tcMar>
            <w:vAlign w:val="center"/>
          </w:tcPr>
          <w:p w14:paraId="67040271" w14:textId="77777777" w:rsidR="007A2817" w:rsidRDefault="007A2817">
            <w:pPr>
              <w:spacing w:after="0"/>
            </w:pPr>
          </w:p>
        </w:tc>
      </w:tr>
      <w:tr w:rsidR="007A2817" w14:paraId="54B8F7EF" w14:textId="77777777" w:rsidTr="00A26836">
        <w:trPr>
          <w:jc w:val="center"/>
        </w:trPr>
        <w:tc>
          <w:tcPr>
            <w:tcW w:w="9520" w:type="dxa"/>
            <w:shd w:val="clear" w:color="auto" w:fill="EDEDED"/>
            <w:tcMar>
              <w:top w:w="80" w:type="dxa"/>
              <w:left w:w="100" w:type="dxa"/>
              <w:bottom w:w="80" w:type="dxa"/>
              <w:right w:w="100" w:type="dxa"/>
            </w:tcMar>
            <w:vAlign w:val="center"/>
          </w:tcPr>
          <w:p w14:paraId="3B831A9F" w14:textId="77777777" w:rsidR="007A2817" w:rsidRDefault="003A46B2">
            <w:pPr>
              <w:spacing w:after="0"/>
            </w:pPr>
            <w:r>
              <w:rPr>
                <w:b/>
                <w:sz w:val="17"/>
              </w:rPr>
              <w:t>Telefoonnummer</w:t>
            </w:r>
          </w:p>
        </w:tc>
        <w:tc>
          <w:tcPr>
            <w:tcW w:w="231" w:type="dxa"/>
            <w:tcMar>
              <w:top w:w="80" w:type="dxa"/>
              <w:left w:w="100" w:type="dxa"/>
              <w:bottom w:w="80" w:type="dxa"/>
              <w:right w:w="100" w:type="dxa"/>
            </w:tcMar>
            <w:vAlign w:val="center"/>
          </w:tcPr>
          <w:p w14:paraId="2FA12945" w14:textId="77777777" w:rsidR="007A2817" w:rsidRDefault="007A2817">
            <w:pPr>
              <w:spacing w:after="0"/>
            </w:pPr>
          </w:p>
        </w:tc>
      </w:tr>
      <w:tr w:rsidR="007A2817" w14:paraId="5DE29806" w14:textId="77777777" w:rsidTr="00A26836">
        <w:trPr>
          <w:jc w:val="center"/>
        </w:trPr>
        <w:tc>
          <w:tcPr>
            <w:tcW w:w="9520" w:type="dxa"/>
            <w:shd w:val="clear" w:color="auto" w:fill="EDEDED"/>
            <w:tcMar>
              <w:top w:w="80" w:type="dxa"/>
              <w:left w:w="100" w:type="dxa"/>
              <w:bottom w:w="80" w:type="dxa"/>
              <w:right w:w="100" w:type="dxa"/>
            </w:tcMar>
            <w:vAlign w:val="center"/>
          </w:tcPr>
          <w:p w14:paraId="570C6AAF" w14:textId="77777777" w:rsidR="007A2817" w:rsidRDefault="003A46B2">
            <w:pPr>
              <w:spacing w:after="0"/>
            </w:pPr>
            <w:r>
              <w:rPr>
                <w:b/>
                <w:sz w:val="17"/>
              </w:rPr>
              <w:t>E-mailadres</w:t>
            </w:r>
          </w:p>
        </w:tc>
        <w:tc>
          <w:tcPr>
            <w:tcW w:w="231" w:type="dxa"/>
            <w:tcMar>
              <w:top w:w="80" w:type="dxa"/>
              <w:left w:w="100" w:type="dxa"/>
              <w:bottom w:w="80" w:type="dxa"/>
              <w:right w:w="100" w:type="dxa"/>
            </w:tcMar>
            <w:vAlign w:val="center"/>
          </w:tcPr>
          <w:p w14:paraId="126593C5" w14:textId="77777777" w:rsidR="007A2817" w:rsidRDefault="007A2817">
            <w:pPr>
              <w:spacing w:after="0"/>
            </w:pPr>
          </w:p>
        </w:tc>
      </w:tr>
    </w:tbl>
    <w:p w14:paraId="58EF0581" w14:textId="77777777" w:rsidR="007A2817" w:rsidRDefault="003A46B2">
      <w:pPr>
        <w:spacing w:before="120" w:after="60"/>
      </w:pPr>
      <w:r>
        <w:rPr>
          <w:b/>
          <w:sz w:val="21"/>
        </w:rPr>
        <w:t>2. GEGEVENS TEEF</w:t>
      </w:r>
    </w:p>
    <w:tbl>
      <w:tblPr>
        <w:tblW w:w="0" w:type="auto"/>
        <w:jc w:val="center"/>
        <w:tblLayout w:type="fixed"/>
        <w:tblLook w:val="04A0" w:firstRow="1" w:lastRow="0" w:firstColumn="1" w:lastColumn="0" w:noHBand="0" w:noVBand="1"/>
      </w:tblPr>
      <w:tblGrid>
        <w:gridCol w:w="9520"/>
        <w:gridCol w:w="231"/>
      </w:tblGrid>
      <w:tr w:rsidR="007A2817" w14:paraId="3E636032" w14:textId="77777777" w:rsidTr="00A26836">
        <w:trPr>
          <w:jc w:val="center"/>
        </w:trPr>
        <w:tc>
          <w:tcPr>
            <w:tcW w:w="9520" w:type="dxa"/>
            <w:shd w:val="clear" w:color="auto" w:fill="EDEDED"/>
            <w:tcMar>
              <w:top w:w="80" w:type="dxa"/>
              <w:left w:w="100" w:type="dxa"/>
              <w:bottom w:w="80" w:type="dxa"/>
              <w:right w:w="100" w:type="dxa"/>
            </w:tcMar>
            <w:vAlign w:val="center"/>
          </w:tcPr>
          <w:p w14:paraId="64B31235" w14:textId="77777777" w:rsidR="007A2817" w:rsidRDefault="003A46B2">
            <w:pPr>
              <w:spacing w:after="0"/>
            </w:pPr>
            <w:r>
              <w:rPr>
                <w:b/>
                <w:sz w:val="17"/>
              </w:rPr>
              <w:t xml:space="preserve">Naam </w:t>
            </w:r>
            <w:proofErr w:type="spellStart"/>
            <w:r>
              <w:rPr>
                <w:b/>
                <w:sz w:val="17"/>
              </w:rPr>
              <w:t>volgens</w:t>
            </w:r>
            <w:proofErr w:type="spellEnd"/>
            <w:r>
              <w:rPr>
                <w:b/>
                <w:sz w:val="17"/>
              </w:rPr>
              <w:t xml:space="preserve"> </w:t>
            </w:r>
            <w:proofErr w:type="spellStart"/>
            <w:r>
              <w:rPr>
                <w:b/>
                <w:sz w:val="17"/>
              </w:rPr>
              <w:t>stamboom</w:t>
            </w:r>
            <w:proofErr w:type="spellEnd"/>
          </w:p>
        </w:tc>
        <w:tc>
          <w:tcPr>
            <w:tcW w:w="231" w:type="dxa"/>
            <w:tcMar>
              <w:top w:w="80" w:type="dxa"/>
              <w:left w:w="100" w:type="dxa"/>
              <w:bottom w:w="80" w:type="dxa"/>
              <w:right w:w="100" w:type="dxa"/>
            </w:tcMar>
            <w:vAlign w:val="center"/>
          </w:tcPr>
          <w:p w14:paraId="44CE6E1E" w14:textId="77777777" w:rsidR="007A2817" w:rsidRDefault="007A2817">
            <w:pPr>
              <w:spacing w:after="0"/>
            </w:pPr>
          </w:p>
        </w:tc>
      </w:tr>
      <w:tr w:rsidR="007A2817" w14:paraId="65DD6C89" w14:textId="77777777" w:rsidTr="00A26836">
        <w:trPr>
          <w:jc w:val="center"/>
        </w:trPr>
        <w:tc>
          <w:tcPr>
            <w:tcW w:w="9520" w:type="dxa"/>
            <w:shd w:val="clear" w:color="auto" w:fill="EDEDED"/>
            <w:tcMar>
              <w:top w:w="80" w:type="dxa"/>
              <w:left w:w="100" w:type="dxa"/>
              <w:bottom w:w="80" w:type="dxa"/>
              <w:right w:w="100" w:type="dxa"/>
            </w:tcMar>
            <w:vAlign w:val="center"/>
          </w:tcPr>
          <w:p w14:paraId="056E3C34" w14:textId="77777777" w:rsidR="007A2817" w:rsidRDefault="003A46B2">
            <w:pPr>
              <w:spacing w:after="0"/>
            </w:pPr>
            <w:r>
              <w:rPr>
                <w:b/>
                <w:sz w:val="17"/>
              </w:rPr>
              <w:t>Registratie- / stamboomnummer</w:t>
            </w:r>
          </w:p>
        </w:tc>
        <w:tc>
          <w:tcPr>
            <w:tcW w:w="231" w:type="dxa"/>
            <w:tcMar>
              <w:top w:w="80" w:type="dxa"/>
              <w:left w:w="100" w:type="dxa"/>
              <w:bottom w:w="80" w:type="dxa"/>
              <w:right w:w="100" w:type="dxa"/>
            </w:tcMar>
            <w:vAlign w:val="center"/>
          </w:tcPr>
          <w:p w14:paraId="710848CA" w14:textId="77777777" w:rsidR="007A2817" w:rsidRDefault="007A2817">
            <w:pPr>
              <w:spacing w:after="0"/>
            </w:pPr>
          </w:p>
        </w:tc>
      </w:tr>
      <w:tr w:rsidR="007A2817" w14:paraId="6BD99694" w14:textId="77777777" w:rsidTr="00A26836">
        <w:trPr>
          <w:jc w:val="center"/>
        </w:trPr>
        <w:tc>
          <w:tcPr>
            <w:tcW w:w="9520" w:type="dxa"/>
            <w:shd w:val="clear" w:color="auto" w:fill="EDEDED"/>
            <w:tcMar>
              <w:top w:w="80" w:type="dxa"/>
              <w:left w:w="100" w:type="dxa"/>
              <w:bottom w:w="80" w:type="dxa"/>
              <w:right w:w="100" w:type="dxa"/>
            </w:tcMar>
            <w:vAlign w:val="center"/>
          </w:tcPr>
          <w:p w14:paraId="7A99A70C" w14:textId="77777777" w:rsidR="007A2817" w:rsidRDefault="003A46B2">
            <w:pPr>
              <w:spacing w:after="0"/>
            </w:pPr>
            <w:r>
              <w:rPr>
                <w:b/>
                <w:sz w:val="17"/>
              </w:rPr>
              <w:t>Ras</w:t>
            </w:r>
          </w:p>
        </w:tc>
        <w:tc>
          <w:tcPr>
            <w:tcW w:w="231" w:type="dxa"/>
            <w:tcMar>
              <w:top w:w="80" w:type="dxa"/>
              <w:left w:w="100" w:type="dxa"/>
              <w:bottom w:w="80" w:type="dxa"/>
              <w:right w:w="100" w:type="dxa"/>
            </w:tcMar>
            <w:vAlign w:val="center"/>
          </w:tcPr>
          <w:p w14:paraId="73AA6B0C" w14:textId="77777777" w:rsidR="007A2817" w:rsidRDefault="007A2817">
            <w:pPr>
              <w:spacing w:after="0"/>
            </w:pPr>
          </w:p>
        </w:tc>
      </w:tr>
      <w:tr w:rsidR="007A2817" w14:paraId="79F7A665" w14:textId="77777777" w:rsidTr="00A26836">
        <w:trPr>
          <w:jc w:val="center"/>
        </w:trPr>
        <w:tc>
          <w:tcPr>
            <w:tcW w:w="9520" w:type="dxa"/>
            <w:shd w:val="clear" w:color="auto" w:fill="EDEDED"/>
            <w:tcMar>
              <w:top w:w="80" w:type="dxa"/>
              <w:left w:w="100" w:type="dxa"/>
              <w:bottom w:w="80" w:type="dxa"/>
              <w:right w:w="100" w:type="dxa"/>
            </w:tcMar>
            <w:vAlign w:val="center"/>
          </w:tcPr>
          <w:p w14:paraId="1572A946" w14:textId="77777777" w:rsidR="007A2817" w:rsidRDefault="003A46B2">
            <w:pPr>
              <w:spacing w:after="0"/>
            </w:pPr>
            <w:r>
              <w:rPr>
                <w:b/>
                <w:sz w:val="17"/>
              </w:rPr>
              <w:t>Type / variëteit</w:t>
            </w:r>
          </w:p>
        </w:tc>
        <w:tc>
          <w:tcPr>
            <w:tcW w:w="231" w:type="dxa"/>
            <w:tcMar>
              <w:top w:w="80" w:type="dxa"/>
              <w:left w:w="100" w:type="dxa"/>
              <w:bottom w:w="80" w:type="dxa"/>
              <w:right w:w="100" w:type="dxa"/>
            </w:tcMar>
            <w:vAlign w:val="center"/>
          </w:tcPr>
          <w:p w14:paraId="6AD49F7E" w14:textId="77777777" w:rsidR="007A2817" w:rsidRDefault="007A2817">
            <w:pPr>
              <w:spacing w:after="0"/>
            </w:pPr>
          </w:p>
        </w:tc>
      </w:tr>
      <w:tr w:rsidR="007A2817" w14:paraId="7E2E6BFC" w14:textId="77777777" w:rsidTr="00A26836">
        <w:trPr>
          <w:jc w:val="center"/>
        </w:trPr>
        <w:tc>
          <w:tcPr>
            <w:tcW w:w="9520" w:type="dxa"/>
            <w:shd w:val="clear" w:color="auto" w:fill="EDEDED"/>
            <w:tcMar>
              <w:top w:w="80" w:type="dxa"/>
              <w:left w:w="100" w:type="dxa"/>
              <w:bottom w:w="80" w:type="dxa"/>
              <w:right w:w="100" w:type="dxa"/>
            </w:tcMar>
            <w:vAlign w:val="center"/>
          </w:tcPr>
          <w:p w14:paraId="2CB77A30" w14:textId="77777777" w:rsidR="007A2817" w:rsidRDefault="003A46B2">
            <w:pPr>
              <w:spacing w:after="0"/>
            </w:pPr>
            <w:r>
              <w:rPr>
                <w:b/>
                <w:sz w:val="17"/>
              </w:rPr>
              <w:t>Geboortedatum</w:t>
            </w:r>
          </w:p>
        </w:tc>
        <w:tc>
          <w:tcPr>
            <w:tcW w:w="231" w:type="dxa"/>
            <w:tcMar>
              <w:top w:w="80" w:type="dxa"/>
              <w:left w:w="100" w:type="dxa"/>
              <w:bottom w:w="80" w:type="dxa"/>
              <w:right w:w="100" w:type="dxa"/>
            </w:tcMar>
            <w:vAlign w:val="center"/>
          </w:tcPr>
          <w:p w14:paraId="15D742E8" w14:textId="77777777" w:rsidR="007A2817" w:rsidRDefault="007A2817">
            <w:pPr>
              <w:spacing w:after="0"/>
            </w:pPr>
          </w:p>
        </w:tc>
      </w:tr>
      <w:tr w:rsidR="007A2817" w14:paraId="72E9C4A5" w14:textId="77777777" w:rsidTr="00A26836">
        <w:trPr>
          <w:jc w:val="center"/>
        </w:trPr>
        <w:tc>
          <w:tcPr>
            <w:tcW w:w="9520" w:type="dxa"/>
            <w:shd w:val="clear" w:color="auto" w:fill="EDEDED"/>
            <w:tcMar>
              <w:top w:w="80" w:type="dxa"/>
              <w:left w:w="100" w:type="dxa"/>
              <w:bottom w:w="80" w:type="dxa"/>
              <w:right w:w="100" w:type="dxa"/>
            </w:tcMar>
            <w:vAlign w:val="center"/>
          </w:tcPr>
          <w:p w14:paraId="55F19B1B" w14:textId="77777777" w:rsidR="007A2817" w:rsidRDefault="003A46B2">
            <w:pPr>
              <w:spacing w:after="0"/>
            </w:pPr>
            <w:r>
              <w:rPr>
                <w:b/>
                <w:sz w:val="17"/>
              </w:rPr>
              <w:t>Chipnummer</w:t>
            </w:r>
          </w:p>
        </w:tc>
        <w:tc>
          <w:tcPr>
            <w:tcW w:w="231" w:type="dxa"/>
            <w:tcMar>
              <w:top w:w="80" w:type="dxa"/>
              <w:left w:w="100" w:type="dxa"/>
              <w:bottom w:w="80" w:type="dxa"/>
              <w:right w:w="100" w:type="dxa"/>
            </w:tcMar>
            <w:vAlign w:val="center"/>
          </w:tcPr>
          <w:p w14:paraId="30D83EB0" w14:textId="77777777" w:rsidR="007A2817" w:rsidRDefault="007A2817">
            <w:pPr>
              <w:spacing w:after="0"/>
            </w:pPr>
          </w:p>
        </w:tc>
      </w:tr>
      <w:tr w:rsidR="007A2817" w14:paraId="6DF9AF89" w14:textId="77777777" w:rsidTr="00A26836">
        <w:trPr>
          <w:jc w:val="center"/>
        </w:trPr>
        <w:tc>
          <w:tcPr>
            <w:tcW w:w="9520" w:type="dxa"/>
            <w:shd w:val="clear" w:color="auto" w:fill="EDEDED"/>
            <w:tcMar>
              <w:top w:w="80" w:type="dxa"/>
              <w:left w:w="100" w:type="dxa"/>
              <w:bottom w:w="80" w:type="dxa"/>
              <w:right w:w="100" w:type="dxa"/>
            </w:tcMar>
            <w:vAlign w:val="center"/>
          </w:tcPr>
          <w:p w14:paraId="0D29DE90" w14:textId="77777777" w:rsidR="007A2817" w:rsidRDefault="003A46B2">
            <w:pPr>
              <w:spacing w:after="0"/>
            </w:pPr>
            <w:r>
              <w:rPr>
                <w:b/>
                <w:sz w:val="17"/>
              </w:rPr>
              <w:t>Kleur</w:t>
            </w:r>
          </w:p>
        </w:tc>
        <w:tc>
          <w:tcPr>
            <w:tcW w:w="231" w:type="dxa"/>
            <w:tcMar>
              <w:top w:w="80" w:type="dxa"/>
              <w:left w:w="100" w:type="dxa"/>
              <w:bottom w:w="80" w:type="dxa"/>
              <w:right w:w="100" w:type="dxa"/>
            </w:tcMar>
            <w:vAlign w:val="center"/>
          </w:tcPr>
          <w:p w14:paraId="1A4BEE17" w14:textId="77777777" w:rsidR="007A2817" w:rsidRDefault="007A2817">
            <w:pPr>
              <w:spacing w:after="0"/>
            </w:pPr>
          </w:p>
        </w:tc>
      </w:tr>
      <w:tr w:rsidR="007A2817" w14:paraId="4DC3F3F5" w14:textId="77777777" w:rsidTr="00A26836">
        <w:trPr>
          <w:jc w:val="center"/>
        </w:trPr>
        <w:tc>
          <w:tcPr>
            <w:tcW w:w="9520" w:type="dxa"/>
            <w:shd w:val="clear" w:color="auto" w:fill="EDEDED"/>
            <w:tcMar>
              <w:top w:w="80" w:type="dxa"/>
              <w:left w:w="100" w:type="dxa"/>
              <w:bottom w:w="80" w:type="dxa"/>
              <w:right w:w="100" w:type="dxa"/>
            </w:tcMar>
            <w:vAlign w:val="center"/>
          </w:tcPr>
          <w:p w14:paraId="1ED00A0A" w14:textId="77777777" w:rsidR="007A2817" w:rsidRDefault="003A46B2">
            <w:pPr>
              <w:spacing w:after="0"/>
            </w:pPr>
            <w:r>
              <w:rPr>
                <w:b/>
                <w:sz w:val="17"/>
              </w:rPr>
              <w:t>Naam eigenaar</w:t>
            </w:r>
          </w:p>
        </w:tc>
        <w:tc>
          <w:tcPr>
            <w:tcW w:w="231" w:type="dxa"/>
            <w:tcMar>
              <w:top w:w="80" w:type="dxa"/>
              <w:left w:w="100" w:type="dxa"/>
              <w:bottom w:w="80" w:type="dxa"/>
              <w:right w:w="100" w:type="dxa"/>
            </w:tcMar>
            <w:vAlign w:val="center"/>
          </w:tcPr>
          <w:p w14:paraId="2E1DF16F" w14:textId="77777777" w:rsidR="007A2817" w:rsidRDefault="007A2817">
            <w:pPr>
              <w:spacing w:after="0"/>
            </w:pPr>
          </w:p>
        </w:tc>
      </w:tr>
      <w:tr w:rsidR="007A2817" w14:paraId="626B9030" w14:textId="77777777" w:rsidTr="00A26836">
        <w:trPr>
          <w:jc w:val="center"/>
        </w:trPr>
        <w:tc>
          <w:tcPr>
            <w:tcW w:w="9520" w:type="dxa"/>
            <w:shd w:val="clear" w:color="auto" w:fill="EDEDED"/>
            <w:tcMar>
              <w:top w:w="80" w:type="dxa"/>
              <w:left w:w="100" w:type="dxa"/>
              <w:bottom w:w="80" w:type="dxa"/>
              <w:right w:w="100" w:type="dxa"/>
            </w:tcMar>
            <w:vAlign w:val="center"/>
          </w:tcPr>
          <w:p w14:paraId="7172E687" w14:textId="77777777" w:rsidR="007A2817" w:rsidRDefault="003A46B2">
            <w:pPr>
              <w:spacing w:after="0"/>
            </w:pPr>
            <w:r>
              <w:rPr>
                <w:b/>
                <w:sz w:val="17"/>
              </w:rPr>
              <w:t>Adres</w:t>
            </w:r>
          </w:p>
        </w:tc>
        <w:tc>
          <w:tcPr>
            <w:tcW w:w="231" w:type="dxa"/>
            <w:tcMar>
              <w:top w:w="80" w:type="dxa"/>
              <w:left w:w="100" w:type="dxa"/>
              <w:bottom w:w="80" w:type="dxa"/>
              <w:right w:w="100" w:type="dxa"/>
            </w:tcMar>
            <w:vAlign w:val="center"/>
          </w:tcPr>
          <w:p w14:paraId="6002B1CB" w14:textId="77777777" w:rsidR="007A2817" w:rsidRDefault="007A2817">
            <w:pPr>
              <w:spacing w:after="0"/>
            </w:pPr>
          </w:p>
        </w:tc>
      </w:tr>
      <w:tr w:rsidR="007A2817" w14:paraId="3CE4420B" w14:textId="77777777" w:rsidTr="00A26836">
        <w:trPr>
          <w:jc w:val="center"/>
        </w:trPr>
        <w:tc>
          <w:tcPr>
            <w:tcW w:w="9520" w:type="dxa"/>
            <w:shd w:val="clear" w:color="auto" w:fill="EDEDED"/>
            <w:tcMar>
              <w:top w:w="80" w:type="dxa"/>
              <w:left w:w="100" w:type="dxa"/>
              <w:bottom w:w="80" w:type="dxa"/>
              <w:right w:w="100" w:type="dxa"/>
            </w:tcMar>
            <w:vAlign w:val="center"/>
          </w:tcPr>
          <w:p w14:paraId="53875A4D" w14:textId="77777777" w:rsidR="007A2817" w:rsidRDefault="003A46B2">
            <w:pPr>
              <w:spacing w:after="0"/>
            </w:pPr>
            <w:r>
              <w:rPr>
                <w:b/>
                <w:sz w:val="17"/>
              </w:rPr>
              <w:t>Postcode en woonplaats</w:t>
            </w:r>
          </w:p>
        </w:tc>
        <w:tc>
          <w:tcPr>
            <w:tcW w:w="231" w:type="dxa"/>
            <w:tcMar>
              <w:top w:w="80" w:type="dxa"/>
              <w:left w:w="100" w:type="dxa"/>
              <w:bottom w:w="80" w:type="dxa"/>
              <w:right w:w="100" w:type="dxa"/>
            </w:tcMar>
            <w:vAlign w:val="center"/>
          </w:tcPr>
          <w:p w14:paraId="0AA02626" w14:textId="77777777" w:rsidR="007A2817" w:rsidRDefault="007A2817">
            <w:pPr>
              <w:spacing w:after="0"/>
            </w:pPr>
          </w:p>
        </w:tc>
      </w:tr>
      <w:tr w:rsidR="007A2817" w14:paraId="7CC433F3" w14:textId="77777777" w:rsidTr="00A26836">
        <w:trPr>
          <w:jc w:val="center"/>
        </w:trPr>
        <w:tc>
          <w:tcPr>
            <w:tcW w:w="9520" w:type="dxa"/>
            <w:shd w:val="clear" w:color="auto" w:fill="EDEDED"/>
            <w:tcMar>
              <w:top w:w="80" w:type="dxa"/>
              <w:left w:w="100" w:type="dxa"/>
              <w:bottom w:w="80" w:type="dxa"/>
              <w:right w:w="100" w:type="dxa"/>
            </w:tcMar>
            <w:vAlign w:val="center"/>
          </w:tcPr>
          <w:p w14:paraId="1BC6695A" w14:textId="77777777" w:rsidR="007A2817" w:rsidRDefault="003A46B2">
            <w:pPr>
              <w:spacing w:after="0"/>
            </w:pPr>
            <w:r>
              <w:rPr>
                <w:b/>
                <w:sz w:val="17"/>
              </w:rPr>
              <w:t>Land</w:t>
            </w:r>
          </w:p>
        </w:tc>
        <w:tc>
          <w:tcPr>
            <w:tcW w:w="231" w:type="dxa"/>
            <w:tcMar>
              <w:top w:w="80" w:type="dxa"/>
              <w:left w:w="100" w:type="dxa"/>
              <w:bottom w:w="80" w:type="dxa"/>
              <w:right w:w="100" w:type="dxa"/>
            </w:tcMar>
            <w:vAlign w:val="center"/>
          </w:tcPr>
          <w:p w14:paraId="25C474DE" w14:textId="77777777" w:rsidR="007A2817" w:rsidRDefault="007A2817">
            <w:pPr>
              <w:spacing w:after="0"/>
            </w:pPr>
          </w:p>
        </w:tc>
      </w:tr>
      <w:tr w:rsidR="007A2817" w14:paraId="432668B4" w14:textId="77777777" w:rsidTr="00A26836">
        <w:trPr>
          <w:jc w:val="center"/>
        </w:trPr>
        <w:tc>
          <w:tcPr>
            <w:tcW w:w="9520" w:type="dxa"/>
            <w:shd w:val="clear" w:color="auto" w:fill="EDEDED"/>
            <w:tcMar>
              <w:top w:w="80" w:type="dxa"/>
              <w:left w:w="100" w:type="dxa"/>
              <w:bottom w:w="80" w:type="dxa"/>
              <w:right w:w="100" w:type="dxa"/>
            </w:tcMar>
            <w:vAlign w:val="center"/>
          </w:tcPr>
          <w:p w14:paraId="0E09E02D" w14:textId="77777777" w:rsidR="007A2817" w:rsidRDefault="003A46B2">
            <w:pPr>
              <w:spacing w:after="0"/>
            </w:pPr>
            <w:r>
              <w:rPr>
                <w:b/>
                <w:sz w:val="17"/>
              </w:rPr>
              <w:t>Telefoonnummer</w:t>
            </w:r>
          </w:p>
        </w:tc>
        <w:tc>
          <w:tcPr>
            <w:tcW w:w="231" w:type="dxa"/>
            <w:tcMar>
              <w:top w:w="80" w:type="dxa"/>
              <w:left w:w="100" w:type="dxa"/>
              <w:bottom w:w="80" w:type="dxa"/>
              <w:right w:w="100" w:type="dxa"/>
            </w:tcMar>
            <w:vAlign w:val="center"/>
          </w:tcPr>
          <w:p w14:paraId="2BE9CB3B" w14:textId="77777777" w:rsidR="007A2817" w:rsidRDefault="007A2817">
            <w:pPr>
              <w:spacing w:after="0"/>
            </w:pPr>
          </w:p>
        </w:tc>
      </w:tr>
      <w:tr w:rsidR="007A2817" w14:paraId="323A787D" w14:textId="77777777" w:rsidTr="00A26836">
        <w:trPr>
          <w:jc w:val="center"/>
        </w:trPr>
        <w:tc>
          <w:tcPr>
            <w:tcW w:w="9520" w:type="dxa"/>
            <w:shd w:val="clear" w:color="auto" w:fill="EDEDED"/>
            <w:tcMar>
              <w:top w:w="80" w:type="dxa"/>
              <w:left w:w="100" w:type="dxa"/>
              <w:bottom w:w="80" w:type="dxa"/>
              <w:right w:w="100" w:type="dxa"/>
            </w:tcMar>
            <w:vAlign w:val="center"/>
          </w:tcPr>
          <w:p w14:paraId="338BAC2A" w14:textId="77777777" w:rsidR="007A2817" w:rsidRDefault="003A46B2">
            <w:pPr>
              <w:spacing w:after="0"/>
            </w:pPr>
            <w:r>
              <w:rPr>
                <w:b/>
                <w:sz w:val="17"/>
              </w:rPr>
              <w:t>E-mailadres</w:t>
            </w:r>
          </w:p>
        </w:tc>
        <w:tc>
          <w:tcPr>
            <w:tcW w:w="231" w:type="dxa"/>
            <w:tcMar>
              <w:top w:w="80" w:type="dxa"/>
              <w:left w:w="100" w:type="dxa"/>
              <w:bottom w:w="80" w:type="dxa"/>
              <w:right w:w="100" w:type="dxa"/>
            </w:tcMar>
            <w:vAlign w:val="center"/>
          </w:tcPr>
          <w:p w14:paraId="10589AE2" w14:textId="77777777" w:rsidR="007A2817" w:rsidRDefault="007A2817">
            <w:pPr>
              <w:spacing w:after="0"/>
            </w:pPr>
          </w:p>
        </w:tc>
      </w:tr>
    </w:tbl>
    <w:p w14:paraId="2E2859D5" w14:textId="77777777" w:rsidR="00A26836" w:rsidRDefault="00A26836">
      <w:pPr>
        <w:spacing w:before="120" w:after="60"/>
        <w:rPr>
          <w:b/>
          <w:sz w:val="21"/>
        </w:rPr>
      </w:pPr>
    </w:p>
    <w:p w14:paraId="548C16B1" w14:textId="77777777" w:rsidR="00B736EC" w:rsidRDefault="00B736EC">
      <w:pPr>
        <w:spacing w:before="120" w:after="60"/>
        <w:rPr>
          <w:b/>
          <w:sz w:val="21"/>
        </w:rPr>
      </w:pPr>
    </w:p>
    <w:p w14:paraId="0945B7F8" w14:textId="77777777" w:rsidR="00B736EC" w:rsidRDefault="00B736EC">
      <w:pPr>
        <w:spacing w:before="120" w:after="60"/>
        <w:rPr>
          <w:b/>
          <w:sz w:val="21"/>
        </w:rPr>
      </w:pPr>
    </w:p>
    <w:p w14:paraId="2BF9C9CF" w14:textId="77777777" w:rsidR="00B736EC" w:rsidRDefault="00B736EC">
      <w:pPr>
        <w:spacing w:before="120" w:after="60"/>
        <w:rPr>
          <w:b/>
          <w:sz w:val="21"/>
        </w:rPr>
      </w:pPr>
    </w:p>
    <w:p w14:paraId="082D2995" w14:textId="07D2698F" w:rsidR="007A2817" w:rsidRDefault="003A46B2">
      <w:pPr>
        <w:spacing w:before="120" w:after="60"/>
      </w:pPr>
      <w:r>
        <w:rPr>
          <w:b/>
          <w:sz w:val="21"/>
        </w:rPr>
        <w:t>3. GEGEVENS DEKKING</w:t>
      </w:r>
    </w:p>
    <w:tbl>
      <w:tblPr>
        <w:tblW w:w="0" w:type="auto"/>
        <w:jc w:val="center"/>
        <w:tblLayout w:type="fixed"/>
        <w:tblLook w:val="04A0" w:firstRow="1" w:lastRow="0" w:firstColumn="1" w:lastColumn="0" w:noHBand="0" w:noVBand="1"/>
      </w:tblPr>
      <w:tblGrid>
        <w:gridCol w:w="9520"/>
        <w:gridCol w:w="231"/>
      </w:tblGrid>
      <w:tr w:rsidR="007A2817" w14:paraId="748DC3E9" w14:textId="77777777" w:rsidTr="00A26836">
        <w:trPr>
          <w:jc w:val="center"/>
        </w:trPr>
        <w:tc>
          <w:tcPr>
            <w:tcW w:w="9520" w:type="dxa"/>
            <w:shd w:val="clear" w:color="auto" w:fill="EDEDED"/>
            <w:tcMar>
              <w:top w:w="80" w:type="dxa"/>
              <w:left w:w="100" w:type="dxa"/>
              <w:bottom w:w="80" w:type="dxa"/>
              <w:right w:w="100" w:type="dxa"/>
            </w:tcMar>
            <w:vAlign w:val="center"/>
          </w:tcPr>
          <w:p w14:paraId="47A0E842" w14:textId="77777777" w:rsidR="007A2817" w:rsidRDefault="003A46B2">
            <w:pPr>
              <w:spacing w:after="0"/>
            </w:pPr>
            <w:r>
              <w:rPr>
                <w:b/>
                <w:sz w:val="17"/>
              </w:rPr>
              <w:t xml:space="preserve">Datum </w:t>
            </w:r>
            <w:proofErr w:type="spellStart"/>
            <w:r>
              <w:rPr>
                <w:b/>
                <w:sz w:val="17"/>
              </w:rPr>
              <w:t>eerste</w:t>
            </w:r>
            <w:proofErr w:type="spellEnd"/>
            <w:r>
              <w:rPr>
                <w:b/>
                <w:sz w:val="17"/>
              </w:rPr>
              <w:t xml:space="preserve"> </w:t>
            </w:r>
            <w:proofErr w:type="spellStart"/>
            <w:r>
              <w:rPr>
                <w:b/>
                <w:sz w:val="17"/>
              </w:rPr>
              <w:t>dekking</w:t>
            </w:r>
            <w:proofErr w:type="spellEnd"/>
          </w:p>
        </w:tc>
        <w:tc>
          <w:tcPr>
            <w:tcW w:w="231" w:type="dxa"/>
            <w:tcMar>
              <w:top w:w="80" w:type="dxa"/>
              <w:left w:w="100" w:type="dxa"/>
              <w:bottom w:w="80" w:type="dxa"/>
              <w:right w:w="100" w:type="dxa"/>
            </w:tcMar>
            <w:vAlign w:val="center"/>
          </w:tcPr>
          <w:p w14:paraId="02FB0F7C" w14:textId="77777777" w:rsidR="007A2817" w:rsidRDefault="007A2817">
            <w:pPr>
              <w:spacing w:after="0"/>
            </w:pPr>
          </w:p>
        </w:tc>
      </w:tr>
      <w:tr w:rsidR="007A2817" w14:paraId="23BD042C" w14:textId="77777777" w:rsidTr="00A26836">
        <w:trPr>
          <w:jc w:val="center"/>
        </w:trPr>
        <w:tc>
          <w:tcPr>
            <w:tcW w:w="9520" w:type="dxa"/>
            <w:shd w:val="clear" w:color="auto" w:fill="EDEDED"/>
            <w:tcMar>
              <w:top w:w="80" w:type="dxa"/>
              <w:left w:w="100" w:type="dxa"/>
              <w:bottom w:w="80" w:type="dxa"/>
              <w:right w:w="100" w:type="dxa"/>
            </w:tcMar>
            <w:vAlign w:val="center"/>
          </w:tcPr>
          <w:p w14:paraId="7DA1C6DE" w14:textId="77777777" w:rsidR="007A2817" w:rsidRDefault="003A46B2">
            <w:pPr>
              <w:spacing w:after="0"/>
            </w:pPr>
            <w:r>
              <w:rPr>
                <w:b/>
                <w:sz w:val="17"/>
              </w:rPr>
              <w:t>Datum eventuele tweede dekking</w:t>
            </w:r>
          </w:p>
        </w:tc>
        <w:tc>
          <w:tcPr>
            <w:tcW w:w="231" w:type="dxa"/>
            <w:tcMar>
              <w:top w:w="80" w:type="dxa"/>
              <w:left w:w="100" w:type="dxa"/>
              <w:bottom w:w="80" w:type="dxa"/>
              <w:right w:w="100" w:type="dxa"/>
            </w:tcMar>
            <w:vAlign w:val="center"/>
          </w:tcPr>
          <w:p w14:paraId="425721EB" w14:textId="77777777" w:rsidR="007A2817" w:rsidRDefault="007A2817">
            <w:pPr>
              <w:spacing w:after="0"/>
            </w:pPr>
          </w:p>
        </w:tc>
      </w:tr>
      <w:tr w:rsidR="007A2817" w14:paraId="4088B77C" w14:textId="77777777" w:rsidTr="00A26836">
        <w:trPr>
          <w:jc w:val="center"/>
        </w:trPr>
        <w:tc>
          <w:tcPr>
            <w:tcW w:w="9520" w:type="dxa"/>
            <w:shd w:val="clear" w:color="auto" w:fill="EDEDED"/>
            <w:tcMar>
              <w:top w:w="80" w:type="dxa"/>
              <w:left w:w="100" w:type="dxa"/>
              <w:bottom w:w="80" w:type="dxa"/>
              <w:right w:w="100" w:type="dxa"/>
            </w:tcMar>
            <w:vAlign w:val="center"/>
          </w:tcPr>
          <w:p w14:paraId="2555D09F" w14:textId="77777777" w:rsidR="007A2817" w:rsidRDefault="003A46B2">
            <w:pPr>
              <w:spacing w:after="0"/>
            </w:pPr>
            <w:r>
              <w:rPr>
                <w:b/>
                <w:sz w:val="17"/>
              </w:rPr>
              <w:t>Plaats van dekking</w:t>
            </w:r>
          </w:p>
        </w:tc>
        <w:tc>
          <w:tcPr>
            <w:tcW w:w="231" w:type="dxa"/>
            <w:tcMar>
              <w:top w:w="80" w:type="dxa"/>
              <w:left w:w="100" w:type="dxa"/>
              <w:bottom w:w="80" w:type="dxa"/>
              <w:right w:w="100" w:type="dxa"/>
            </w:tcMar>
            <w:vAlign w:val="center"/>
          </w:tcPr>
          <w:p w14:paraId="683125EC" w14:textId="77777777" w:rsidR="007A2817" w:rsidRDefault="007A2817">
            <w:pPr>
              <w:spacing w:after="0"/>
            </w:pPr>
          </w:p>
        </w:tc>
      </w:tr>
      <w:tr w:rsidR="007A2817" w14:paraId="4206B6D2" w14:textId="77777777" w:rsidTr="00A26836">
        <w:trPr>
          <w:jc w:val="center"/>
        </w:trPr>
        <w:tc>
          <w:tcPr>
            <w:tcW w:w="9520" w:type="dxa"/>
            <w:shd w:val="clear" w:color="auto" w:fill="EDEDED"/>
            <w:tcMar>
              <w:top w:w="80" w:type="dxa"/>
              <w:left w:w="100" w:type="dxa"/>
              <w:bottom w:w="80" w:type="dxa"/>
              <w:right w:w="100" w:type="dxa"/>
            </w:tcMar>
            <w:vAlign w:val="center"/>
          </w:tcPr>
          <w:p w14:paraId="57F3E756" w14:textId="77777777" w:rsidR="007A2817" w:rsidRDefault="003A46B2">
            <w:pPr>
              <w:spacing w:after="0"/>
            </w:pPr>
            <w:r>
              <w:rPr>
                <w:b/>
                <w:sz w:val="17"/>
              </w:rPr>
              <w:t>Land van dekking</w:t>
            </w:r>
          </w:p>
        </w:tc>
        <w:tc>
          <w:tcPr>
            <w:tcW w:w="231" w:type="dxa"/>
            <w:tcMar>
              <w:top w:w="80" w:type="dxa"/>
              <w:left w:w="100" w:type="dxa"/>
              <w:bottom w:w="80" w:type="dxa"/>
              <w:right w:w="100" w:type="dxa"/>
            </w:tcMar>
            <w:vAlign w:val="center"/>
          </w:tcPr>
          <w:p w14:paraId="42FEBF89" w14:textId="77777777" w:rsidR="007A2817" w:rsidRDefault="007A2817">
            <w:pPr>
              <w:spacing w:after="0"/>
            </w:pPr>
          </w:p>
        </w:tc>
      </w:tr>
    </w:tbl>
    <w:p w14:paraId="16A07E24" w14:textId="77777777" w:rsidR="007A2817" w:rsidRDefault="003A46B2">
      <w:pPr>
        <w:spacing w:before="80" w:after="40"/>
      </w:pPr>
      <w:proofErr w:type="spellStart"/>
      <w:r>
        <w:rPr>
          <w:b/>
        </w:rPr>
        <w:t>Wijze</w:t>
      </w:r>
      <w:proofErr w:type="spellEnd"/>
      <w:r>
        <w:rPr>
          <w:b/>
        </w:rPr>
        <w:t xml:space="preserve"> van </w:t>
      </w:r>
      <w:proofErr w:type="spellStart"/>
      <w:r>
        <w:rPr>
          <w:b/>
        </w:rPr>
        <w:t>dekking</w:t>
      </w:r>
      <w:proofErr w:type="spellEnd"/>
    </w:p>
    <w:p w14:paraId="2613FB7A" w14:textId="7AEBFED3" w:rsidR="007A2817" w:rsidRDefault="003A46B2">
      <w:pPr>
        <w:spacing w:after="80"/>
      </w:pPr>
      <w:r>
        <w:t>☐</w:t>
      </w:r>
      <w:r>
        <w:t xml:space="preserve"> Natuurlijke dekking      ☐ Kunstmatige inseminatie     </w:t>
      </w:r>
    </w:p>
    <w:p w14:paraId="67A34D56" w14:textId="77777777" w:rsidR="007A2817" w:rsidRDefault="003A46B2">
      <w:pPr>
        <w:spacing w:before="120" w:after="60"/>
      </w:pPr>
      <w:r>
        <w:rPr>
          <w:b/>
          <w:sz w:val="21"/>
        </w:rPr>
        <w:t>4. TOESTEMMING REGISTRATIE NEST</w:t>
      </w:r>
    </w:p>
    <w:p w14:paraId="7EDACA29" w14:textId="77777777" w:rsidR="007A2817" w:rsidRDefault="003A46B2">
      <w:pPr>
        <w:spacing w:after="100"/>
      </w:pPr>
      <w:r>
        <w:t>De eigenaar van de reu verklaart akkoord te gaan met het gebruik van de hierboven vermelde reu voor deze dekking en geeft toestemming om de reu als vader van het betreffende nest te registreren, onder voorbehoud van de geldende registratievoorwaarden van DBKC.</w:t>
      </w:r>
    </w:p>
    <w:p w14:paraId="2A8A72A5" w14:textId="77777777" w:rsidR="007A2817" w:rsidRDefault="003A46B2">
      <w:pPr>
        <w:spacing w:before="120" w:after="60"/>
      </w:pPr>
      <w:r>
        <w:rPr>
          <w:b/>
          <w:sz w:val="21"/>
        </w:rPr>
        <w:t>5. VERKLARING EIGENAAR REU</w:t>
      </w:r>
    </w:p>
    <w:p w14:paraId="1C5CDF36" w14:textId="77777777" w:rsidR="007A2817" w:rsidRDefault="003A46B2">
      <w:pPr>
        <w:spacing w:after="80"/>
      </w:pPr>
      <w:r>
        <w:t>Ondergetekende, eigenaar of rechtsgeldige vertegenwoordiger van de hierboven vermelde reu, verklaart dat deze reu is gebruikt voor de hierboven vermelde dekking van de teef en dat de verstrekte gegevens naar waarheid zijn ingevuld.</w:t>
      </w:r>
    </w:p>
    <w:tbl>
      <w:tblPr>
        <w:tblW w:w="0" w:type="auto"/>
        <w:jc w:val="center"/>
        <w:tblLayout w:type="fixed"/>
        <w:tblLook w:val="04A0" w:firstRow="1" w:lastRow="0" w:firstColumn="1" w:lastColumn="0" w:noHBand="0" w:noVBand="1"/>
      </w:tblPr>
      <w:tblGrid>
        <w:gridCol w:w="9520"/>
        <w:gridCol w:w="231"/>
      </w:tblGrid>
      <w:tr w:rsidR="007A2817" w14:paraId="547A9DC7" w14:textId="77777777" w:rsidTr="00A26836">
        <w:trPr>
          <w:jc w:val="center"/>
        </w:trPr>
        <w:tc>
          <w:tcPr>
            <w:tcW w:w="9520" w:type="dxa"/>
            <w:shd w:val="clear" w:color="auto" w:fill="EDEDED"/>
            <w:tcMar>
              <w:top w:w="80" w:type="dxa"/>
              <w:left w:w="100" w:type="dxa"/>
              <w:bottom w:w="80" w:type="dxa"/>
              <w:right w:w="100" w:type="dxa"/>
            </w:tcMar>
            <w:vAlign w:val="center"/>
          </w:tcPr>
          <w:p w14:paraId="31EBE818" w14:textId="77777777" w:rsidR="007A2817" w:rsidRDefault="003A46B2">
            <w:pPr>
              <w:spacing w:after="0"/>
            </w:pPr>
            <w:r>
              <w:rPr>
                <w:b/>
                <w:sz w:val="17"/>
              </w:rPr>
              <w:t>Naam</w:t>
            </w:r>
          </w:p>
        </w:tc>
        <w:tc>
          <w:tcPr>
            <w:tcW w:w="231" w:type="dxa"/>
            <w:tcMar>
              <w:top w:w="80" w:type="dxa"/>
              <w:left w:w="100" w:type="dxa"/>
              <w:bottom w:w="80" w:type="dxa"/>
              <w:right w:w="100" w:type="dxa"/>
            </w:tcMar>
            <w:vAlign w:val="center"/>
          </w:tcPr>
          <w:p w14:paraId="4233B384" w14:textId="77777777" w:rsidR="007A2817" w:rsidRDefault="007A2817">
            <w:pPr>
              <w:spacing w:after="0"/>
            </w:pPr>
          </w:p>
        </w:tc>
      </w:tr>
      <w:tr w:rsidR="007A2817" w14:paraId="0EF011E9" w14:textId="77777777" w:rsidTr="00A26836">
        <w:trPr>
          <w:jc w:val="center"/>
        </w:trPr>
        <w:tc>
          <w:tcPr>
            <w:tcW w:w="9520" w:type="dxa"/>
            <w:shd w:val="clear" w:color="auto" w:fill="EDEDED"/>
            <w:tcMar>
              <w:top w:w="80" w:type="dxa"/>
              <w:left w:w="100" w:type="dxa"/>
              <w:bottom w:w="80" w:type="dxa"/>
              <w:right w:w="100" w:type="dxa"/>
            </w:tcMar>
            <w:vAlign w:val="center"/>
          </w:tcPr>
          <w:p w14:paraId="7F03B86D" w14:textId="77777777" w:rsidR="007A2817" w:rsidRDefault="003A46B2">
            <w:pPr>
              <w:spacing w:after="0"/>
            </w:pPr>
            <w:r>
              <w:rPr>
                <w:b/>
                <w:sz w:val="17"/>
              </w:rPr>
              <w:t>Plaats</w:t>
            </w:r>
          </w:p>
        </w:tc>
        <w:tc>
          <w:tcPr>
            <w:tcW w:w="231" w:type="dxa"/>
            <w:tcMar>
              <w:top w:w="80" w:type="dxa"/>
              <w:left w:w="100" w:type="dxa"/>
              <w:bottom w:w="80" w:type="dxa"/>
              <w:right w:w="100" w:type="dxa"/>
            </w:tcMar>
            <w:vAlign w:val="center"/>
          </w:tcPr>
          <w:p w14:paraId="4CC72555" w14:textId="77777777" w:rsidR="007A2817" w:rsidRDefault="007A2817">
            <w:pPr>
              <w:spacing w:after="0"/>
            </w:pPr>
          </w:p>
        </w:tc>
      </w:tr>
      <w:tr w:rsidR="007A2817" w14:paraId="6417BDC5" w14:textId="77777777" w:rsidTr="00A26836">
        <w:trPr>
          <w:jc w:val="center"/>
        </w:trPr>
        <w:tc>
          <w:tcPr>
            <w:tcW w:w="9520" w:type="dxa"/>
            <w:shd w:val="clear" w:color="auto" w:fill="EDEDED"/>
            <w:tcMar>
              <w:top w:w="80" w:type="dxa"/>
              <w:left w:w="100" w:type="dxa"/>
              <w:bottom w:w="80" w:type="dxa"/>
              <w:right w:w="100" w:type="dxa"/>
            </w:tcMar>
            <w:vAlign w:val="center"/>
          </w:tcPr>
          <w:p w14:paraId="2AEBDDEE" w14:textId="77777777" w:rsidR="007A2817" w:rsidRDefault="003A46B2">
            <w:pPr>
              <w:spacing w:after="0"/>
            </w:pPr>
            <w:r>
              <w:rPr>
                <w:b/>
                <w:sz w:val="17"/>
              </w:rPr>
              <w:t>Datum</w:t>
            </w:r>
          </w:p>
        </w:tc>
        <w:tc>
          <w:tcPr>
            <w:tcW w:w="231" w:type="dxa"/>
            <w:tcMar>
              <w:top w:w="80" w:type="dxa"/>
              <w:left w:w="100" w:type="dxa"/>
              <w:bottom w:w="80" w:type="dxa"/>
              <w:right w:w="100" w:type="dxa"/>
            </w:tcMar>
            <w:vAlign w:val="center"/>
          </w:tcPr>
          <w:p w14:paraId="35ADB579" w14:textId="77777777" w:rsidR="007A2817" w:rsidRDefault="007A2817">
            <w:pPr>
              <w:spacing w:after="0"/>
            </w:pPr>
          </w:p>
        </w:tc>
      </w:tr>
      <w:tr w:rsidR="007A2817" w14:paraId="2D275E5F" w14:textId="77777777" w:rsidTr="00A26836">
        <w:trPr>
          <w:jc w:val="center"/>
        </w:trPr>
        <w:tc>
          <w:tcPr>
            <w:tcW w:w="9520" w:type="dxa"/>
            <w:shd w:val="clear" w:color="auto" w:fill="EDEDED"/>
            <w:tcMar>
              <w:top w:w="80" w:type="dxa"/>
              <w:left w:w="100" w:type="dxa"/>
              <w:bottom w:w="80" w:type="dxa"/>
              <w:right w:w="100" w:type="dxa"/>
            </w:tcMar>
            <w:vAlign w:val="center"/>
          </w:tcPr>
          <w:p w14:paraId="7DD80E19" w14:textId="77777777" w:rsidR="007A2817" w:rsidRDefault="003A46B2">
            <w:pPr>
              <w:spacing w:after="0"/>
            </w:pPr>
            <w:r>
              <w:rPr>
                <w:b/>
                <w:sz w:val="17"/>
              </w:rPr>
              <w:t>Handtekening eigenaar reu</w:t>
            </w:r>
          </w:p>
        </w:tc>
        <w:tc>
          <w:tcPr>
            <w:tcW w:w="231" w:type="dxa"/>
            <w:tcMar>
              <w:top w:w="80" w:type="dxa"/>
              <w:left w:w="100" w:type="dxa"/>
              <w:bottom w:w="80" w:type="dxa"/>
              <w:right w:w="100" w:type="dxa"/>
            </w:tcMar>
            <w:vAlign w:val="center"/>
          </w:tcPr>
          <w:p w14:paraId="64A1C59F" w14:textId="77777777" w:rsidR="007A2817" w:rsidRDefault="007A2817">
            <w:pPr>
              <w:spacing w:after="0"/>
            </w:pPr>
          </w:p>
        </w:tc>
      </w:tr>
    </w:tbl>
    <w:p w14:paraId="5A5C34C8" w14:textId="77777777" w:rsidR="007A2817" w:rsidRDefault="003A46B2">
      <w:pPr>
        <w:spacing w:before="120" w:after="60"/>
      </w:pPr>
      <w:r>
        <w:rPr>
          <w:b/>
          <w:sz w:val="21"/>
        </w:rPr>
        <w:t>6. VERKLARING EIGENAAR TEEF</w:t>
      </w:r>
    </w:p>
    <w:p w14:paraId="1E61C76E" w14:textId="77777777" w:rsidR="007A2817" w:rsidRDefault="003A46B2">
      <w:pPr>
        <w:spacing w:after="80"/>
      </w:pPr>
      <w:r>
        <w:t>Ondergetekende, eigenaar of rechtsgeldige vertegenwoordiger van de hierboven vermelde teef, verklaart dat de hierboven vermelde teef is gedekt door de hierboven vermelde reu en dat de verstrekte gegevens naar waarheid zijn ingevuld.</w:t>
      </w:r>
    </w:p>
    <w:tbl>
      <w:tblPr>
        <w:tblW w:w="0" w:type="auto"/>
        <w:jc w:val="center"/>
        <w:tblLayout w:type="fixed"/>
        <w:tblLook w:val="04A0" w:firstRow="1" w:lastRow="0" w:firstColumn="1" w:lastColumn="0" w:noHBand="0" w:noVBand="1"/>
      </w:tblPr>
      <w:tblGrid>
        <w:gridCol w:w="9520"/>
        <w:gridCol w:w="231"/>
      </w:tblGrid>
      <w:tr w:rsidR="007A2817" w14:paraId="0CB4D1E9" w14:textId="77777777" w:rsidTr="00A26836">
        <w:trPr>
          <w:jc w:val="center"/>
        </w:trPr>
        <w:tc>
          <w:tcPr>
            <w:tcW w:w="9520" w:type="dxa"/>
            <w:shd w:val="clear" w:color="auto" w:fill="EDEDED"/>
            <w:tcMar>
              <w:top w:w="80" w:type="dxa"/>
              <w:left w:w="100" w:type="dxa"/>
              <w:bottom w:w="80" w:type="dxa"/>
              <w:right w:w="100" w:type="dxa"/>
            </w:tcMar>
            <w:vAlign w:val="center"/>
          </w:tcPr>
          <w:p w14:paraId="282C9A95" w14:textId="77777777" w:rsidR="007A2817" w:rsidRDefault="003A46B2">
            <w:pPr>
              <w:spacing w:after="0"/>
            </w:pPr>
            <w:r>
              <w:rPr>
                <w:b/>
                <w:sz w:val="17"/>
              </w:rPr>
              <w:t>Naam</w:t>
            </w:r>
          </w:p>
        </w:tc>
        <w:tc>
          <w:tcPr>
            <w:tcW w:w="231" w:type="dxa"/>
            <w:tcMar>
              <w:top w:w="80" w:type="dxa"/>
              <w:left w:w="100" w:type="dxa"/>
              <w:bottom w:w="80" w:type="dxa"/>
              <w:right w:w="100" w:type="dxa"/>
            </w:tcMar>
            <w:vAlign w:val="center"/>
          </w:tcPr>
          <w:p w14:paraId="523314E1" w14:textId="77777777" w:rsidR="007A2817" w:rsidRDefault="007A2817">
            <w:pPr>
              <w:spacing w:after="0"/>
            </w:pPr>
          </w:p>
        </w:tc>
      </w:tr>
      <w:tr w:rsidR="007A2817" w14:paraId="33F1AD8E" w14:textId="77777777" w:rsidTr="00A26836">
        <w:trPr>
          <w:jc w:val="center"/>
        </w:trPr>
        <w:tc>
          <w:tcPr>
            <w:tcW w:w="9520" w:type="dxa"/>
            <w:shd w:val="clear" w:color="auto" w:fill="EDEDED"/>
            <w:tcMar>
              <w:top w:w="80" w:type="dxa"/>
              <w:left w:w="100" w:type="dxa"/>
              <w:bottom w:w="80" w:type="dxa"/>
              <w:right w:w="100" w:type="dxa"/>
            </w:tcMar>
            <w:vAlign w:val="center"/>
          </w:tcPr>
          <w:p w14:paraId="0FE586C7" w14:textId="77777777" w:rsidR="007A2817" w:rsidRDefault="003A46B2">
            <w:pPr>
              <w:spacing w:after="0"/>
            </w:pPr>
            <w:r>
              <w:rPr>
                <w:b/>
                <w:sz w:val="17"/>
              </w:rPr>
              <w:t>Plaats</w:t>
            </w:r>
          </w:p>
        </w:tc>
        <w:tc>
          <w:tcPr>
            <w:tcW w:w="231" w:type="dxa"/>
            <w:tcMar>
              <w:top w:w="80" w:type="dxa"/>
              <w:left w:w="100" w:type="dxa"/>
              <w:bottom w:w="80" w:type="dxa"/>
              <w:right w:w="100" w:type="dxa"/>
            </w:tcMar>
            <w:vAlign w:val="center"/>
          </w:tcPr>
          <w:p w14:paraId="73703D6F" w14:textId="77777777" w:rsidR="007A2817" w:rsidRDefault="007A2817">
            <w:pPr>
              <w:spacing w:after="0"/>
            </w:pPr>
          </w:p>
        </w:tc>
      </w:tr>
      <w:tr w:rsidR="007A2817" w14:paraId="1C35C606" w14:textId="77777777" w:rsidTr="00A26836">
        <w:trPr>
          <w:jc w:val="center"/>
        </w:trPr>
        <w:tc>
          <w:tcPr>
            <w:tcW w:w="9520" w:type="dxa"/>
            <w:shd w:val="clear" w:color="auto" w:fill="EDEDED"/>
            <w:tcMar>
              <w:top w:w="80" w:type="dxa"/>
              <w:left w:w="100" w:type="dxa"/>
              <w:bottom w:w="80" w:type="dxa"/>
              <w:right w:w="100" w:type="dxa"/>
            </w:tcMar>
            <w:vAlign w:val="center"/>
          </w:tcPr>
          <w:p w14:paraId="599BFF85" w14:textId="77777777" w:rsidR="007A2817" w:rsidRDefault="003A46B2">
            <w:pPr>
              <w:spacing w:after="0"/>
            </w:pPr>
            <w:r>
              <w:rPr>
                <w:b/>
                <w:sz w:val="17"/>
              </w:rPr>
              <w:t>Datum</w:t>
            </w:r>
          </w:p>
        </w:tc>
        <w:tc>
          <w:tcPr>
            <w:tcW w:w="231" w:type="dxa"/>
            <w:tcMar>
              <w:top w:w="80" w:type="dxa"/>
              <w:left w:w="100" w:type="dxa"/>
              <w:bottom w:w="80" w:type="dxa"/>
              <w:right w:w="100" w:type="dxa"/>
            </w:tcMar>
            <w:vAlign w:val="center"/>
          </w:tcPr>
          <w:p w14:paraId="50A6707A" w14:textId="77777777" w:rsidR="007A2817" w:rsidRDefault="007A2817">
            <w:pPr>
              <w:spacing w:after="0"/>
            </w:pPr>
          </w:p>
        </w:tc>
      </w:tr>
      <w:tr w:rsidR="007A2817" w14:paraId="7CEA9D8D" w14:textId="77777777" w:rsidTr="00A26836">
        <w:trPr>
          <w:jc w:val="center"/>
        </w:trPr>
        <w:tc>
          <w:tcPr>
            <w:tcW w:w="9520" w:type="dxa"/>
            <w:shd w:val="clear" w:color="auto" w:fill="EDEDED"/>
            <w:tcMar>
              <w:top w:w="80" w:type="dxa"/>
              <w:left w:w="100" w:type="dxa"/>
              <w:bottom w:w="80" w:type="dxa"/>
              <w:right w:w="100" w:type="dxa"/>
            </w:tcMar>
            <w:vAlign w:val="center"/>
          </w:tcPr>
          <w:p w14:paraId="55FA9584" w14:textId="77777777" w:rsidR="007A2817" w:rsidRDefault="003A46B2">
            <w:pPr>
              <w:spacing w:after="0"/>
            </w:pPr>
            <w:r>
              <w:rPr>
                <w:b/>
                <w:sz w:val="17"/>
              </w:rPr>
              <w:t>Handtekening eigenaar teef</w:t>
            </w:r>
          </w:p>
        </w:tc>
        <w:tc>
          <w:tcPr>
            <w:tcW w:w="231" w:type="dxa"/>
            <w:tcMar>
              <w:top w:w="80" w:type="dxa"/>
              <w:left w:w="100" w:type="dxa"/>
              <w:bottom w:w="80" w:type="dxa"/>
              <w:right w:w="100" w:type="dxa"/>
            </w:tcMar>
            <w:vAlign w:val="center"/>
          </w:tcPr>
          <w:p w14:paraId="0946D1C8" w14:textId="77777777" w:rsidR="007A2817" w:rsidRDefault="007A2817">
            <w:pPr>
              <w:spacing w:after="0"/>
            </w:pPr>
          </w:p>
        </w:tc>
      </w:tr>
    </w:tbl>
    <w:p w14:paraId="75DE6686" w14:textId="28BFC6BE" w:rsidR="007A2817" w:rsidRDefault="00B736EC" w:rsidP="00A26836">
      <w:pPr>
        <w:spacing w:before="120" w:after="60"/>
      </w:pPr>
      <w:r>
        <w:rPr>
          <w:b/>
          <w:sz w:val="21"/>
        </w:rPr>
        <w:t xml:space="preserve"> </w:t>
      </w:r>
    </w:p>
    <w:p w14:paraId="70100788" w14:textId="67C43F79" w:rsidR="007A2817" w:rsidRDefault="00B736EC">
      <w:pPr>
        <w:spacing w:before="120" w:after="60"/>
      </w:pPr>
      <w:r>
        <w:rPr>
          <w:b/>
          <w:sz w:val="21"/>
        </w:rPr>
        <w:t>7. ALGEMENE VERKLARING</w:t>
      </w:r>
    </w:p>
    <w:p w14:paraId="31FDD921" w14:textId="77777777" w:rsidR="007A2817" w:rsidRDefault="003A46B2">
      <w:pPr>
        <w:spacing w:after="140"/>
      </w:pPr>
      <w:r>
        <w:t>Door ondertekening verklaren beide partijen dat de verstrekte informatie volledig en correct is. Deze dekverklaring bevestigt de opgegeven dekking en geeft niet automatisch recht op registratie van het nest of afgifte van DBKC-stambomen. DBKC behoudt zich het recht voor aanvullende documenten, bewijsstukken, DNA-onderzoeken en/of gezondheidsuitslagen op te vragen wanneer dit noodzakelijk wordt geacht voor de beoordeling van een nestregistratie. Een nestregistratie wordt afzonderlijk beoordeeld volgens de op</w:t>
      </w:r>
      <w:r>
        <w:t xml:space="preserve"> dat moment geldende regels en voorwaarden van DBKC.</w:t>
      </w:r>
    </w:p>
    <w:sectPr w:rsidR="007A2817" w:rsidSect="00034616">
      <w:footerReference w:type="default" r:id="rId8"/>
      <w:pgSz w:w="12240" w:h="15840"/>
      <w:pgMar w:top="794" w:right="850" w:bottom="794"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5D778" w14:textId="77777777" w:rsidR="003A46B2" w:rsidRDefault="003A46B2">
      <w:pPr>
        <w:spacing w:after="0" w:line="240" w:lineRule="auto"/>
      </w:pPr>
      <w:r>
        <w:separator/>
      </w:r>
    </w:p>
  </w:endnote>
  <w:endnote w:type="continuationSeparator" w:id="0">
    <w:p w14:paraId="536828A7" w14:textId="77777777" w:rsidR="003A46B2" w:rsidRDefault="003A4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2B8C" w14:textId="77777777" w:rsidR="007A2817" w:rsidRDefault="003A46B2">
    <w:pPr>
      <w:pStyle w:val="Voettekst"/>
      <w:jc w:val="center"/>
    </w:pPr>
    <w:r>
      <w:rPr>
        <w:b/>
        <w:sz w:val="16"/>
      </w:rPr>
      <w:t xml:space="preserve">DUTCH BULLY KENNEL </w:t>
    </w:r>
    <w:proofErr w:type="gramStart"/>
    <w:r>
      <w:rPr>
        <w:b/>
        <w:sz w:val="16"/>
      </w:rPr>
      <w:t>CLUB  |</w:t>
    </w:r>
    <w:proofErr w:type="gramEnd"/>
    <w:r>
      <w:rPr>
        <w:b/>
        <w:sz w:val="16"/>
      </w:rPr>
      <w:t xml:space="preserve">  theDBKC.nl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86C5F" w14:textId="77777777" w:rsidR="003A46B2" w:rsidRDefault="003A46B2">
      <w:pPr>
        <w:spacing w:after="0" w:line="240" w:lineRule="auto"/>
      </w:pPr>
      <w:r>
        <w:separator/>
      </w:r>
    </w:p>
  </w:footnote>
  <w:footnote w:type="continuationSeparator" w:id="0">
    <w:p w14:paraId="1C5723CF" w14:textId="77777777" w:rsidR="003A46B2" w:rsidRDefault="003A46B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021738702">
    <w:abstractNumId w:val="8"/>
  </w:num>
  <w:num w:numId="2" w16cid:durableId="2002419394">
    <w:abstractNumId w:val="6"/>
  </w:num>
  <w:num w:numId="3" w16cid:durableId="1425880865">
    <w:abstractNumId w:val="5"/>
  </w:num>
  <w:num w:numId="4" w16cid:durableId="37363335">
    <w:abstractNumId w:val="4"/>
  </w:num>
  <w:num w:numId="5" w16cid:durableId="2111585100">
    <w:abstractNumId w:val="7"/>
  </w:num>
  <w:num w:numId="6" w16cid:durableId="1655799616">
    <w:abstractNumId w:val="3"/>
  </w:num>
  <w:num w:numId="7" w16cid:durableId="669451140">
    <w:abstractNumId w:val="2"/>
  </w:num>
  <w:num w:numId="8" w16cid:durableId="1083113529">
    <w:abstractNumId w:val="1"/>
  </w:num>
  <w:num w:numId="9" w16cid:durableId="194386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86ED6"/>
    <w:rsid w:val="003A46B2"/>
    <w:rsid w:val="007A2817"/>
    <w:rsid w:val="00933810"/>
    <w:rsid w:val="00A249A3"/>
    <w:rsid w:val="00A26836"/>
    <w:rsid w:val="00AA1D8D"/>
    <w:rsid w:val="00B47730"/>
    <w:rsid w:val="00B736E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14C050"/>
  <w14:defaultImageDpi w14:val="300"/>
  <w15:docId w15:val="{8CECA3CA-002F-419D-9782-64A2C6BAC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entury Gothic" w:hAnsi="Century Gothic"/>
      <w:sz w:val="18"/>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333</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Angelina Vdb</cp:lastModifiedBy>
  <cp:revision>2</cp:revision>
  <dcterms:created xsi:type="dcterms:W3CDTF">2026-10-08T16:10:00Z</dcterms:created>
  <dcterms:modified xsi:type="dcterms:W3CDTF">2026-10-08T16:10:00Z</dcterms:modified>
  <cp:category/>
</cp:coreProperties>
</file>